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EC6B3" w14:textId="77777777" w:rsidR="002B21D5" w:rsidRDefault="00D43748">
      <w:pPr>
        <w:pStyle w:val="Heading1"/>
        <w:jc w:val="center"/>
      </w:pPr>
      <w:r>
        <w:t>SUSTAINABLE DEVELOPMENT CENTRE (SDC), AMRAVATI</w:t>
      </w:r>
    </w:p>
    <w:p w14:paraId="36396B70" w14:textId="77777777" w:rsidR="002B21D5" w:rsidRDefault="00D43748">
      <w:pPr>
        <w:jc w:val="center"/>
      </w:pPr>
      <w:r>
        <w:t>(Under the aegis of Susteno Foundation, Pune – A Section 8 Company)</w:t>
      </w:r>
    </w:p>
    <w:p w14:paraId="53DB7A2F" w14:textId="77777777" w:rsidR="002B21D5" w:rsidRDefault="00D43748">
      <w:pPr>
        <w:jc w:val="center"/>
      </w:pPr>
      <w:r>
        <w:t>Anand Palace, Opp. DIC, Near RTO Office, Paranjpe Colony, Camp, Amravati – 444602 (M.S.)</w:t>
      </w:r>
    </w:p>
    <w:p w14:paraId="25EB3664" w14:textId="77777777" w:rsidR="002B21D5" w:rsidRDefault="00D43748">
      <w:pPr>
        <w:pStyle w:val="Heading2"/>
        <w:jc w:val="center"/>
      </w:pPr>
      <w:r>
        <w:t>APPLICATION FORM</w:t>
      </w:r>
      <w:r>
        <w:br/>
        <w:t>Empanelment of Project Implementing Agency (PIA)</w:t>
      </w:r>
    </w:p>
    <w:p w14:paraId="4B926196" w14:textId="77777777" w:rsidR="002B21D5" w:rsidRDefault="00D43748">
      <w:pPr>
        <w:jc w:val="center"/>
      </w:pPr>
      <w:r>
        <w:t>NGOs / FPOs / FPCs / SHG Federations</w:t>
      </w:r>
    </w:p>
    <w:p w14:paraId="49B6875E" w14:textId="77777777" w:rsidR="002B21D5" w:rsidRDefault="00D43748">
      <w:pPr>
        <w:pStyle w:val="Heading3"/>
      </w:pPr>
      <w:r>
        <w:t>1. Name &amp; Address of the NGO/FPO/FPC/SHG Federation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530"/>
      </w:tblGrid>
      <w:tr w:rsidR="002B21D5" w14:paraId="4C4E6627" w14:textId="77777777">
        <w:trPr>
          <w:jc w:val="center"/>
        </w:trPr>
        <w:tc>
          <w:tcPr>
            <w:tcW w:w="10540" w:type="dxa"/>
          </w:tcPr>
          <w:p w14:paraId="7A73ECBF" w14:textId="77777777" w:rsidR="002B21D5" w:rsidRDefault="00D43748">
            <w:r>
              <w:br/>
            </w:r>
            <w:r>
              <w:br/>
            </w:r>
            <w:r>
              <w:br/>
            </w:r>
          </w:p>
        </w:tc>
      </w:tr>
    </w:tbl>
    <w:p w14:paraId="76B1CF4A" w14:textId="77777777" w:rsidR="002B21D5" w:rsidRDefault="00D43748">
      <w:pPr>
        <w:pStyle w:val="Heading3"/>
      </w:pPr>
      <w:r>
        <w:t>2. Names &amp; Contact Numbers of the Chairman/Secretary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530"/>
      </w:tblGrid>
      <w:tr w:rsidR="002B21D5" w14:paraId="6DC02A49" w14:textId="77777777">
        <w:trPr>
          <w:jc w:val="center"/>
        </w:trPr>
        <w:tc>
          <w:tcPr>
            <w:tcW w:w="10540" w:type="dxa"/>
          </w:tcPr>
          <w:p w14:paraId="1E6A4405" w14:textId="77777777" w:rsidR="002B21D5" w:rsidRDefault="00D43748">
            <w:r>
              <w:br/>
            </w:r>
            <w:r>
              <w:br/>
            </w:r>
          </w:p>
        </w:tc>
      </w:tr>
    </w:tbl>
    <w:p w14:paraId="002334C0" w14:textId="77777777" w:rsidR="002B21D5" w:rsidRDefault="00D43748">
      <w:pPr>
        <w:pStyle w:val="Heading3"/>
      </w:pPr>
      <w:r>
        <w:t>3. Registration Details (Registration No., Date &amp; Authority)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530"/>
      </w:tblGrid>
      <w:tr w:rsidR="002B21D5" w14:paraId="0463DFEC" w14:textId="77777777">
        <w:trPr>
          <w:jc w:val="center"/>
        </w:trPr>
        <w:tc>
          <w:tcPr>
            <w:tcW w:w="10540" w:type="dxa"/>
          </w:tcPr>
          <w:p w14:paraId="61AB5189" w14:textId="77777777" w:rsidR="002B21D5" w:rsidRDefault="00D43748">
            <w:r>
              <w:br/>
            </w:r>
            <w:r>
              <w:br/>
            </w:r>
          </w:p>
        </w:tc>
      </w:tr>
    </w:tbl>
    <w:p w14:paraId="069218DC" w14:textId="77777777" w:rsidR="002B21D5" w:rsidRDefault="00D43748">
      <w:pPr>
        <w:pStyle w:val="Heading3"/>
      </w:pPr>
      <w:r>
        <w:t>4. Details of the Organization (Office Address &amp; Infrastructure)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530"/>
      </w:tblGrid>
      <w:tr w:rsidR="002B21D5" w14:paraId="2EC9EE7F" w14:textId="77777777">
        <w:trPr>
          <w:jc w:val="center"/>
        </w:trPr>
        <w:tc>
          <w:tcPr>
            <w:tcW w:w="10540" w:type="dxa"/>
          </w:tcPr>
          <w:p w14:paraId="2DD06546" w14:textId="77777777" w:rsidR="002B21D5" w:rsidRDefault="00D43748"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14:paraId="13CF3D3B" w14:textId="77777777" w:rsidR="002B21D5" w:rsidRDefault="00D43748">
      <w:pPr>
        <w:pStyle w:val="Heading3"/>
      </w:pPr>
      <w:r>
        <w:t>5. Work Experience (Last 3 Years)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65"/>
        <w:gridCol w:w="5265"/>
      </w:tblGrid>
      <w:tr w:rsidR="002B21D5" w14:paraId="34E88732" w14:textId="77777777">
        <w:trPr>
          <w:jc w:val="center"/>
        </w:trPr>
        <w:tc>
          <w:tcPr>
            <w:tcW w:w="10540" w:type="dxa"/>
            <w:gridSpan w:val="2"/>
          </w:tcPr>
          <w:p w14:paraId="106CB1AA" w14:textId="77777777" w:rsidR="002B21D5" w:rsidRDefault="00D43748"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2B21D5" w14:paraId="483CB1DA" w14:textId="77777777">
        <w:tblPrEx>
          <w:jc w:val="left"/>
        </w:tblPrEx>
        <w:tc>
          <w:tcPr>
            <w:tcW w:w="5270" w:type="dxa"/>
          </w:tcPr>
          <w:p w14:paraId="57976B18" w14:textId="77777777" w:rsidR="002B21D5" w:rsidRDefault="00D43748">
            <w:r>
              <w:t>Financial Year</w:t>
            </w:r>
          </w:p>
        </w:tc>
        <w:tc>
          <w:tcPr>
            <w:tcW w:w="5270" w:type="dxa"/>
          </w:tcPr>
          <w:p w14:paraId="66F46111" w14:textId="77777777" w:rsidR="002B21D5" w:rsidRDefault="00D43748">
            <w:r>
              <w:t>Turnover (₹)</w:t>
            </w:r>
          </w:p>
        </w:tc>
      </w:tr>
      <w:tr w:rsidR="002B21D5" w14:paraId="380992D4" w14:textId="77777777">
        <w:tblPrEx>
          <w:jc w:val="left"/>
        </w:tblPrEx>
        <w:tc>
          <w:tcPr>
            <w:tcW w:w="5270" w:type="dxa"/>
          </w:tcPr>
          <w:p w14:paraId="5B7FC884" w14:textId="77777777" w:rsidR="002B21D5" w:rsidRDefault="00D43748">
            <w:r>
              <w:t>2023-24</w:t>
            </w:r>
          </w:p>
        </w:tc>
        <w:tc>
          <w:tcPr>
            <w:tcW w:w="5270" w:type="dxa"/>
          </w:tcPr>
          <w:p w14:paraId="503C655D" w14:textId="77777777" w:rsidR="002B21D5" w:rsidRDefault="002B21D5"/>
        </w:tc>
      </w:tr>
      <w:tr w:rsidR="002B21D5" w14:paraId="1152D239" w14:textId="77777777">
        <w:tblPrEx>
          <w:jc w:val="left"/>
        </w:tblPrEx>
        <w:tc>
          <w:tcPr>
            <w:tcW w:w="5270" w:type="dxa"/>
          </w:tcPr>
          <w:p w14:paraId="62529406" w14:textId="77777777" w:rsidR="002B21D5" w:rsidRDefault="00D43748">
            <w:r>
              <w:t>2024-25</w:t>
            </w:r>
          </w:p>
        </w:tc>
        <w:tc>
          <w:tcPr>
            <w:tcW w:w="5270" w:type="dxa"/>
          </w:tcPr>
          <w:p w14:paraId="15058F30" w14:textId="77777777" w:rsidR="002B21D5" w:rsidRDefault="002B21D5"/>
        </w:tc>
      </w:tr>
      <w:tr w:rsidR="002B21D5" w14:paraId="58B073C2" w14:textId="77777777">
        <w:tblPrEx>
          <w:jc w:val="left"/>
        </w:tblPrEx>
        <w:tc>
          <w:tcPr>
            <w:tcW w:w="5270" w:type="dxa"/>
          </w:tcPr>
          <w:p w14:paraId="31578782" w14:textId="77777777" w:rsidR="002B21D5" w:rsidRDefault="00D43748">
            <w:r>
              <w:t>2025-26</w:t>
            </w:r>
          </w:p>
        </w:tc>
        <w:tc>
          <w:tcPr>
            <w:tcW w:w="5270" w:type="dxa"/>
          </w:tcPr>
          <w:p w14:paraId="05F665EA" w14:textId="77777777" w:rsidR="002B21D5" w:rsidRDefault="002B21D5"/>
        </w:tc>
      </w:tr>
    </w:tbl>
    <w:p w14:paraId="0455CAB2" w14:textId="77777777" w:rsidR="002B21D5" w:rsidRDefault="00D43748">
      <w:pPr>
        <w:pStyle w:val="Heading3"/>
      </w:pPr>
      <w:r>
        <w:t>7. Staffing Pattern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5"/>
        <w:gridCol w:w="5265"/>
      </w:tblGrid>
      <w:tr w:rsidR="002B21D5" w14:paraId="7CB5C371" w14:textId="77777777">
        <w:tc>
          <w:tcPr>
            <w:tcW w:w="5270" w:type="dxa"/>
          </w:tcPr>
          <w:p w14:paraId="6A4DD3BF" w14:textId="77777777" w:rsidR="002B21D5" w:rsidRPr="00A53639" w:rsidRDefault="00D43748">
            <w:pPr>
              <w:rPr>
                <w:b/>
                <w:bCs/>
              </w:rPr>
            </w:pPr>
            <w:r w:rsidRPr="00A53639">
              <w:rPr>
                <w:b/>
                <w:bCs/>
              </w:rPr>
              <w:t>Designation</w:t>
            </w:r>
          </w:p>
        </w:tc>
        <w:tc>
          <w:tcPr>
            <w:tcW w:w="5270" w:type="dxa"/>
          </w:tcPr>
          <w:p w14:paraId="46C1325C" w14:textId="5F552DD3" w:rsidR="002B21D5" w:rsidRPr="00A53639" w:rsidRDefault="00D43748">
            <w:pPr>
              <w:rPr>
                <w:b/>
                <w:bCs/>
              </w:rPr>
            </w:pPr>
            <w:r w:rsidRPr="00A53639">
              <w:rPr>
                <w:b/>
                <w:bCs/>
              </w:rPr>
              <w:t>No.</w:t>
            </w:r>
            <w:r w:rsidR="00A53639" w:rsidRPr="00A53639">
              <w:rPr>
                <w:b/>
                <w:bCs/>
              </w:rPr>
              <w:t xml:space="preserve"> of Employees</w:t>
            </w:r>
          </w:p>
        </w:tc>
      </w:tr>
      <w:tr w:rsidR="002B21D5" w14:paraId="70456B37" w14:textId="77777777">
        <w:tc>
          <w:tcPr>
            <w:tcW w:w="5270" w:type="dxa"/>
          </w:tcPr>
          <w:p w14:paraId="6417C5F4" w14:textId="77777777" w:rsidR="002B21D5" w:rsidRDefault="00D43748">
            <w:r>
              <w:t>Technical</w:t>
            </w:r>
          </w:p>
        </w:tc>
        <w:tc>
          <w:tcPr>
            <w:tcW w:w="5270" w:type="dxa"/>
          </w:tcPr>
          <w:p w14:paraId="7F11FDE0" w14:textId="77777777" w:rsidR="002B21D5" w:rsidRDefault="002B21D5"/>
        </w:tc>
      </w:tr>
      <w:tr w:rsidR="002B21D5" w14:paraId="7FBBBA92" w14:textId="77777777">
        <w:tc>
          <w:tcPr>
            <w:tcW w:w="5270" w:type="dxa"/>
          </w:tcPr>
          <w:p w14:paraId="322F0C1A" w14:textId="77777777" w:rsidR="002B21D5" w:rsidRDefault="00D43748">
            <w:r>
              <w:t>Administrative</w:t>
            </w:r>
          </w:p>
        </w:tc>
        <w:tc>
          <w:tcPr>
            <w:tcW w:w="5270" w:type="dxa"/>
          </w:tcPr>
          <w:p w14:paraId="51F0034E" w14:textId="77777777" w:rsidR="002B21D5" w:rsidRDefault="002B21D5"/>
        </w:tc>
      </w:tr>
      <w:tr w:rsidR="002B21D5" w14:paraId="3CEA9E17" w14:textId="77777777">
        <w:tc>
          <w:tcPr>
            <w:tcW w:w="5270" w:type="dxa"/>
          </w:tcPr>
          <w:p w14:paraId="5FF1812D" w14:textId="77777777" w:rsidR="002B21D5" w:rsidRDefault="00D43748">
            <w:r>
              <w:t>Field</w:t>
            </w:r>
          </w:p>
        </w:tc>
        <w:tc>
          <w:tcPr>
            <w:tcW w:w="5270" w:type="dxa"/>
          </w:tcPr>
          <w:p w14:paraId="4EF58B37" w14:textId="77777777" w:rsidR="002B21D5" w:rsidRDefault="002B21D5"/>
        </w:tc>
      </w:tr>
      <w:tr w:rsidR="002B21D5" w14:paraId="3396A15F" w14:textId="77777777">
        <w:tc>
          <w:tcPr>
            <w:tcW w:w="5270" w:type="dxa"/>
          </w:tcPr>
          <w:p w14:paraId="0FBF9B6B" w14:textId="77777777" w:rsidR="002B21D5" w:rsidRDefault="00D43748">
            <w:r>
              <w:t>Others</w:t>
            </w:r>
          </w:p>
        </w:tc>
        <w:tc>
          <w:tcPr>
            <w:tcW w:w="5270" w:type="dxa"/>
          </w:tcPr>
          <w:p w14:paraId="44BA2127" w14:textId="77777777" w:rsidR="002B21D5" w:rsidRDefault="002B21D5"/>
        </w:tc>
      </w:tr>
    </w:tbl>
    <w:p w14:paraId="34B988F0" w14:textId="77777777" w:rsidR="002B21D5" w:rsidRDefault="00D43748">
      <w:pPr>
        <w:pStyle w:val="Heading3"/>
      </w:pPr>
      <w:r>
        <w:lastRenderedPageBreak/>
        <w:t>8. Ongoing Projects/Programmes during 2026–27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530"/>
      </w:tblGrid>
      <w:tr w:rsidR="002B21D5" w14:paraId="0F3D31BD" w14:textId="77777777">
        <w:trPr>
          <w:jc w:val="center"/>
        </w:trPr>
        <w:tc>
          <w:tcPr>
            <w:tcW w:w="10540" w:type="dxa"/>
          </w:tcPr>
          <w:p w14:paraId="4CC72758" w14:textId="77777777" w:rsidR="002B21D5" w:rsidRDefault="00D43748"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14:paraId="39A9E02D" w14:textId="77777777" w:rsidR="002B21D5" w:rsidRDefault="00D43748">
      <w:pPr>
        <w:pStyle w:val="Heading3"/>
      </w:pPr>
      <w:r>
        <w:t>9. Any Other Information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530"/>
      </w:tblGrid>
      <w:tr w:rsidR="002B21D5" w14:paraId="27052355" w14:textId="77777777">
        <w:trPr>
          <w:jc w:val="center"/>
        </w:trPr>
        <w:tc>
          <w:tcPr>
            <w:tcW w:w="10540" w:type="dxa"/>
          </w:tcPr>
          <w:p w14:paraId="4509E0E2" w14:textId="77777777" w:rsidR="002B21D5" w:rsidRDefault="00D43748">
            <w:r>
              <w:br/>
            </w:r>
            <w:r>
              <w:br/>
            </w:r>
            <w:r>
              <w:br/>
            </w:r>
          </w:p>
        </w:tc>
      </w:tr>
    </w:tbl>
    <w:p w14:paraId="0B293692" w14:textId="77777777" w:rsidR="002B21D5" w:rsidRDefault="00D43748">
      <w:pPr>
        <w:pStyle w:val="Heading3"/>
      </w:pPr>
      <w:r>
        <w:t>Documents Enclosed</w:t>
      </w:r>
    </w:p>
    <w:p w14:paraId="471F257A" w14:textId="77777777" w:rsidR="002B21D5" w:rsidRDefault="00D43748">
      <w:r>
        <w:t>☐ Registration Certificate</w:t>
      </w:r>
    </w:p>
    <w:p w14:paraId="10ED9A22" w14:textId="77777777" w:rsidR="002B21D5" w:rsidRDefault="00D43748">
      <w:r>
        <w:t>☐ PAN</w:t>
      </w:r>
    </w:p>
    <w:p w14:paraId="063EB18B" w14:textId="77777777" w:rsidR="002B21D5" w:rsidRDefault="00D43748">
      <w:r>
        <w:t>☐ Audited Balance Sheets</w:t>
      </w:r>
    </w:p>
    <w:p w14:paraId="2E2DD4E6" w14:textId="77777777" w:rsidR="002B21D5" w:rsidRDefault="00D43748">
      <w:r>
        <w:t>☐ Annual Report</w:t>
      </w:r>
    </w:p>
    <w:p w14:paraId="2F4D4642" w14:textId="77777777" w:rsidR="002B21D5" w:rsidRDefault="00D43748">
      <w:r>
        <w:t>☐ GST (if applicable)</w:t>
      </w:r>
    </w:p>
    <w:p w14:paraId="428D2F7D" w14:textId="77777777" w:rsidR="002B21D5" w:rsidRDefault="00D43748">
      <w:r>
        <w:t>☐ Others</w:t>
      </w:r>
    </w:p>
    <w:p w14:paraId="3D639C43" w14:textId="77777777" w:rsidR="002B21D5" w:rsidRDefault="00D43748">
      <w:pPr>
        <w:pStyle w:val="Heading3"/>
      </w:pPr>
      <w:r>
        <w:t>Declaration</w:t>
      </w:r>
    </w:p>
    <w:p w14:paraId="316E859D" w14:textId="77777777" w:rsidR="002B21D5" w:rsidRDefault="00D43748">
      <w:r>
        <w:t>I/We hereby declare that the information furnished above is true and correct.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5"/>
        <w:gridCol w:w="5265"/>
      </w:tblGrid>
      <w:tr w:rsidR="002B21D5" w14:paraId="5ADBCFE8" w14:textId="77777777">
        <w:tc>
          <w:tcPr>
            <w:tcW w:w="5270" w:type="dxa"/>
          </w:tcPr>
          <w:p w14:paraId="7808B89D" w14:textId="77777777" w:rsidR="002B21D5" w:rsidRDefault="00D43748">
            <w:r>
              <w:t>Place</w:t>
            </w:r>
          </w:p>
        </w:tc>
        <w:tc>
          <w:tcPr>
            <w:tcW w:w="5270" w:type="dxa"/>
          </w:tcPr>
          <w:p w14:paraId="019F6469" w14:textId="77777777" w:rsidR="002B21D5" w:rsidRDefault="00D43748">
            <w:r>
              <w:t>Date</w:t>
            </w:r>
          </w:p>
        </w:tc>
      </w:tr>
      <w:tr w:rsidR="002B21D5" w14:paraId="1BF4732D" w14:textId="77777777">
        <w:tc>
          <w:tcPr>
            <w:tcW w:w="5270" w:type="dxa"/>
          </w:tcPr>
          <w:p w14:paraId="3DC3E73A" w14:textId="77777777" w:rsidR="002B21D5" w:rsidRDefault="00D43748">
            <w:r>
              <w:t>Name, Signature &amp; Designation</w:t>
            </w:r>
          </w:p>
        </w:tc>
        <w:tc>
          <w:tcPr>
            <w:tcW w:w="5270" w:type="dxa"/>
          </w:tcPr>
          <w:p w14:paraId="1F8A6940" w14:textId="7E639BF4" w:rsidR="002B21D5" w:rsidRDefault="00A53639">
            <w:r>
              <w:t>S</w:t>
            </w:r>
            <w:r w:rsidR="00D43748">
              <w:t>eal</w:t>
            </w:r>
            <w:r>
              <w:t xml:space="preserve"> of the Organization</w:t>
            </w:r>
          </w:p>
        </w:tc>
      </w:tr>
    </w:tbl>
    <w:p w14:paraId="0BF33E4C" w14:textId="77777777" w:rsidR="00D43748" w:rsidRDefault="00D43748"/>
    <w:sectPr w:rsidR="00D43748" w:rsidSect="00034616">
      <w:pgSz w:w="12240" w:h="15840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21D5"/>
    <w:rsid w:val="00326F90"/>
    <w:rsid w:val="006F05A4"/>
    <w:rsid w:val="00A53639"/>
    <w:rsid w:val="00AA1D8D"/>
    <w:rsid w:val="00B47730"/>
    <w:rsid w:val="00CB0664"/>
    <w:rsid w:val="00D4374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412390"/>
  <w14:defaultImageDpi w14:val="300"/>
  <w15:docId w15:val="{76DE323C-BAD2-405D-BFBB-CD75847AE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2026-08-05T11:03:00Z</dcterms:created>
  <dcterms:modified xsi:type="dcterms:W3CDTF">2026-08-05T11:03:00Z</dcterms:modified>
  <cp:category/>
</cp:coreProperties>
</file>